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לניתוח סיפור קצר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מבנה הסיפור הקצר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דמויות ואת תפקידן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אמצעים אומנותיים והומור ביצירות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 יסוד בספרות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דמות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המבנה הקלאסי של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מטרתם המרכזית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(הדמות שהעלילה מתמקדת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בין שני דברים באמצעות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(הרגע המתוח ביותר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(החלק הפותח שמציג את הדמויות והרקע)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מבנה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חשיפה - הצגת הדמויות והרקע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תחילת הבעיה או 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 - הרגע המתוח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סיום - פתרון הקונפליקט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דמות ראשית היא הדמות שהעלילה מתמקדת בה ומתפתחת סביבה, ואילו דמות משנה מסייעת להתפתחות העלילה אך אינה במרכזה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יצירה מהרשימה, הגדיר נכון את האמצעי האומנותי, והסביר כיצד הוא תורם למשמעות או לאווירת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חשיפה, סיבוך, שיא,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דמות דינמית משתנה, דמות סטטית נשארת זהה לאורך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אמצעי אומנותי תקף אם מוסבר נכון, למשל דימוי היוצר תמונה חיה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המצגות הרלוונטיות מהארגז לפני מילוי הדף כדי לחבר בין המושגים ליצירות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התאמת המושגים בזוגות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את חלק הסדר הנכון בעזרת דוגמה מהיצירות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לניתוח סיפור קצר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הכלים המרכזיים שלומדים בשיעורי הספרות: מבנה הסיפור, סוגי דמויות, אמצעים אומנותיים והומור, כפי שהם מופיעים ביצירות השונות בארגז הכלים.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 יסוד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החלק הראשון במבנה הסיפור הקצר הקלאסי?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חשיפה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דמות שהעלילה סובבת סביבה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דמות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אמצעי אומנותי משווה בין שני דברים במילה 'כמו'?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מבנה הסיפור הקצר כולל בדרך כלל חשיפה, סיבוך, שיא וסיום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אמצעים אומנותיים עוזרים לסופר ליצור תמונה חיה אצל הקורא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הרגע המתוח ביותר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הדמות שהעלילה מתמקדת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החלק הפותח שמציג את הדמויות והרקע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חשיפה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בין שני דברים באמצעות מילת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נכון של מבנה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סיבוך - תחילת הבעיה או הקונפליקט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חשיפה - הצגת הדמויות והרקע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סיום - פתרון הקונפליקט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שיא - הרגע המתוח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דמות ראשית לדמות משנה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מהיצירות המופיעות בארגז הכלים וכתבו כיצד אמצעי אומנותי אחד (כגון דימוי, גוזמה או הומור) תורם להבנת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חלקי מבנה הסיפור הקצר?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דמות דינמית לדמות סטטית?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כלים לניתוח סיפור קצר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