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לניתוח סיפור קצר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מבנה הסיפור הקצר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דמויות ואת תפקידן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אמצעים אומנותיים והומור ביצירות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 יסוד בספרות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דמות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גוזמה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עונות השנה וחזרתן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דמות דינמית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חושפת רגשות וטעויות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המבנה הקלאסי של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דמות שטוחה היא חד מימדית ואינה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מטרתם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הומור יכול גם להעביר ביקורת או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היצירה מבוססת על אגדה 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זמן מחזורי חוזר על עצמו, כמו עונות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(הדמות שהעלילה מתמקדת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(השוואה בין שני דברים באמצעות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(הגזמה מכוונת ליצירת אפקט קומי או דרמטי)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(הרגע המתוח ביותר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(החלק הפותח שמציג את הדמויות והרקע)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(דמות שעוברת שינוי במהלך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מבנה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חשיפה - הצגת הדמויות והרקע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תחילת הבעיה או 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התפתחות העלילה - האירועים מחריפים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שיא - הרגע המתוח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פתרון הקונפליקט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דמות ראשית היא הדמות שהעלילה מתמקדת בה ומתפתחת סביבה, ואילו דמות משנה מסייעת להתפתחות העלילה אך אינה במרכזה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יצירה מהרשימה, הגדיר נכון את האמצעי האומנותי, והסביר כיצד הוא תורם למשמעות או לאווירת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חשיפה, סיבוך, שיא,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דמות דינמית משתנה, דמות סטטית נשארת זהה לאורך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אמצעי אומנותי תקף אם מוסבר נכון, למשל דימוי היוצר תמונה חיה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המצגות הרלוונטיות מהארגז לפני מילוי הדף כדי לחבר בין המושגים ליצירות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התאמת המושגים בזוגות לפני המעבר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את חלק הסדר הנכון בעזרת דוגמה מהיצירות שנלמדו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לניתוח סיפור קצר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בספרות: איך בנוי סיפור, מה זה דמות, ואילו דרכים מיוחדות משתמש בהן סופר כדי לכתוב סיפור מעניין.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האירועים שקורים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הסיפור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שבו בנויים חלקי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ראשית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הדמות שהעלילה מתמקדת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שעוזרת להתפתחות העלילה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אומנותי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מיוחדת שבה כותבים יוצרים רושם אצל הקורא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במילת השוואה כמו 'כמו'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הומור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שגורם לצחוק או לחיוך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מחזורי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שחוזר על עצמו, כמו עונות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 יסוד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בא ראשון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לדמות הכי חשובה?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להשוואה עם המילה 'כמו'?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להומור של הגזמה?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כותבים בשירים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עונות השנה וחזרתן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קוראים לדמות שמשתנה?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דינמית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סטטית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עושה הדמות ב'וידוי הגדול'?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חושפת רגשות וטעויות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כותבת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מתארת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מנצחת בתחרות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הסיפור הקצר כולל בדרך כלל חשיפה, סיבוך, שיא וסיום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שטוחה היא דמות מורכבת שמשתנה לאורך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אמצעים אומנותיים עוזרים לסופר ליצור תמונה חיה אצל הקורא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הומור בספרות משמש רק כדי להצחיק ואין לו משמעות נוספת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'בת רבי עקיבא והנחש' הוא סיפור עם מוטיבים של אגדה עממית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מחזורי הוא זמן שמתקדם בקו ישר בלי לחזור על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השוואה בין שני דברים באמצעות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דמות שעוברת שינוי במהלך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גוזמה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הרגע המתוח ביותר בעלילה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הדמות שהעלילה מתמקדת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חשיפה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הגזמה מכוונת ליצירת אפקט קומי או דרמטי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דמות מתפתחת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החלק הפותח שמציג את הדמויות והרקע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של מבנה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פתרון הקונפליקט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הרגע המתוח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חשיפה - הצגת הדמויות והרקע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העלילה - האירועים מחריפים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סיבוך - תחילת הבעיה או הקונפליקט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דמות ראשית לדמות משנה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מהיצירות המופיעות בארגז הכלים וכתבו כיצד אמצעי אומנותי אחד (כגון דימוי, גוזמה או הומור) תורם להבנת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חלקי מבנה הסיפור הקצר?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דמות דינמית לדמות סטטית?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לאמצעי אומנותי וההשפעה שלו על הקורא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כלים לניתוח סיפור קצר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